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Georgia" w:hAnsi="Georgia"/>
          <w:color w:val="B48C32"/>
          <w:sz w:val="20"/>
        </w:rPr>
        <w:t>{{ company_name }}</w:t>
      </w:r>
    </w:p>
    <w:p/>
    <w:p>
      <w:pPr>
        <w:jc w:val="center"/>
      </w:pPr>
      <w:r>
        <w:rPr>
          <w:rFonts w:ascii="Georgia" w:hAnsi="Georgia"/>
          <w:b/>
          <w:color w:val="1E293B"/>
          <w:sz w:val="64"/>
        </w:rPr>
        <w:t>Certificate</w:t>
      </w:r>
    </w:p>
    <w:p>
      <w:pPr>
        <w:jc w:val="center"/>
      </w:pPr>
      <w:r>
        <w:rPr>
          <w:rFonts w:ascii="Georgia" w:hAnsi="Georgia"/>
          <w:color w:val="6B7280"/>
          <w:sz w:val="24"/>
        </w:rPr>
        <w:t>OF COMPLETION</w:t>
      </w:r>
    </w:p>
    <w:p/>
    <w:p>
      <w:pPr>
        <w:jc w:val="center"/>
      </w:pPr>
      <w:r>
        <w:rPr>
          <w:i/>
          <w:color w:val="6B7280"/>
          <w:sz w:val="22"/>
        </w:rPr>
        <w:t>This is to certify that</w:t>
      </w:r>
    </w:p>
    <w:p/>
    <w:p>
      <w:pPr>
        <w:jc w:val="center"/>
      </w:pPr>
      <w:r>
        <w:rPr>
          <w:rFonts w:ascii="Georgia" w:hAnsi="Georgia"/>
          <w:b/>
          <w:color w:val="B48C32"/>
          <w:sz w:val="48"/>
        </w:rPr>
        <w:t>{{ recipient_name }}</w:t>
      </w:r>
    </w:p>
    <w:p/>
    <w:p>
      <w:pPr>
        <w:jc w:val="center"/>
      </w:pPr>
      <w:r>
        <w:rPr>
          <w:color w:val="6B7280"/>
          <w:sz w:val="22"/>
        </w:rPr>
        <w:t>has successfully completed</w:t>
      </w:r>
    </w:p>
    <w:p/>
    <w:p>
      <w:pPr>
        <w:jc w:val="center"/>
      </w:pPr>
      <w:r>
        <w:rPr>
          <w:b/>
          <w:color w:val="1E293B"/>
          <w:sz w:val="28"/>
        </w:rPr>
        <w:t>{{ course_name }}</w:t>
      </w:r>
    </w:p>
    <w:p/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668"/>
        <w:gridCol w:w="4668"/>
        <w:gridCol w:w="4668"/>
      </w:tblGrid>
      <w:tr>
        <w:tc>
          <w:tcPr>
            <w:tcW w:type="dxa" w:w="4668"/>
          </w:tcPr>
          <w:p>
            <w:pPr>
              <w:jc w:val="center"/>
            </w:pPr>
            <w:r>
              <w:rPr>
                <w:b/>
                <w:color w:val="1E293B"/>
                <w:sz w:val="20"/>
              </w:rPr>
              <w:t>{{ completion_date }}</w:t>
            </w:r>
          </w:p>
          <w:p>
            <w:pPr>
              <w:jc w:val="center"/>
            </w:pPr>
            <w:r>
              <w:rPr>
                <w:color w:val="6B7280"/>
                <w:sz w:val="14"/>
              </w:rPr>
              <w:t>DATE ISSUED</w:t>
            </w:r>
          </w:p>
        </w:tc>
        <w:tc>
          <w:tcPr>
            <w:tcW w:type="dxa" w:w="4668"/>
          </w:tcPr>
          <w:p>
            <w:pPr>
              <w:jc w:val="center"/>
            </w:pPr>
            <w:r>
              <w:rPr>
                <w:color w:val="B48C32"/>
              </w:rPr>
              <w:t>---</w:t>
            </w:r>
          </w:p>
        </w:tc>
        <w:tc>
          <w:tcPr>
            <w:tcW w:type="dxa" w:w="4668"/>
          </w:tcPr>
          <w:p>
            <w:pPr>
              <w:jc w:val="center"/>
            </w:pPr>
            <w:r>
              <w:rPr>
                <w:b/>
                <w:color w:val="1E293B"/>
                <w:sz w:val="20"/>
              </w:rPr>
              <w:t>{{ instructor_name }}</w:t>
            </w:r>
          </w:p>
          <w:p>
            <w:pPr>
              <w:jc w:val="center"/>
            </w:pPr>
            <w:r>
              <w:rPr>
                <w:color w:val="6B7280"/>
                <w:sz w:val="14"/>
              </w:rPr>
              <w:t>{{ instructor_title }}</w:t>
            </w:r>
          </w:p>
        </w:tc>
      </w:tr>
    </w:tbl>
    <w:sectPr w:rsidR="00FC693F" w:rsidRPr="0006063C" w:rsidSect="00034616">
      <w:pgSz w:w="16838" w:h="11906" w:orient="landscape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