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3B45F0"/>
          <w:sz w:val="32"/>
        </w:rPr>
        <w:t>SERVICE AGREEMENT</w:t>
      </w:r>
    </w:p>
    <w:p>
      <w:pPr>
        <w:jc w:val="center"/>
      </w:pPr>
      <w:r>
        <w:rPr>
          <w:color w:val="6B7280"/>
          <w:sz w:val="18"/>
        </w:rPr>
        <w:t>Effective Date: {{ start_date }}</w:t>
      </w:r>
    </w:p>
    <w:p/>
    <w:p>
      <w:r>
        <w:rPr>
          <w:b/>
          <w:color w:val="3B45F0"/>
          <w:sz w:val="20"/>
        </w:rPr>
        <w:t>1. PARTIES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4703"/>
        <w:gridCol w:w="4703"/>
      </w:tblGrid>
      <w:tr>
        <w:tc>
          <w:tcPr>
            <w:tcW w:type="dxa" w:w="4703"/>
          </w:tcPr>
          <w:p>
            <w:r>
              <w:t>Provider:</w:t>
            </w:r>
          </w:p>
        </w:tc>
        <w:tc>
          <w:tcPr>
            <w:tcW w:type="dxa" w:w="4703"/>
          </w:tcPr>
          <w:p>
            <w:r>
              <w:t>{{ party_a_name }}</w:t>
            </w:r>
          </w:p>
        </w:tc>
      </w:tr>
      <w:tr>
        <w:tc>
          <w:tcPr>
            <w:tcW w:type="dxa" w:w="4703"/>
          </w:tcPr>
          <w:p>
            <w:r>
              <w:t>Client:</w:t>
            </w:r>
          </w:p>
        </w:tc>
        <w:tc>
          <w:tcPr>
            <w:tcW w:type="dxa" w:w="4703"/>
          </w:tcPr>
          <w:p>
            <w:r>
              <w:t>{{ party_b_name }}</w:t>
            </w:r>
          </w:p>
        </w:tc>
      </w:tr>
    </w:tbl>
    <w:p/>
    <w:p>
      <w:r>
        <w:rPr>
          <w:b/>
          <w:color w:val="3B45F0"/>
          <w:sz w:val="20"/>
        </w:rPr>
        <w:t>2. SCOPE OF WORK</w:t>
      </w:r>
    </w:p>
    <w:p>
      <w:r>
        <w:t>{{ scope_of_work }}</w:t>
      </w:r>
    </w:p>
    <w:p/>
    <w:p>
      <w:r>
        <w:rPr>
          <w:b/>
          <w:color w:val="3B45F0"/>
          <w:sz w:val="20"/>
        </w:rPr>
        <w:t>3. TERMS AND CONDITIONS</w:t>
      </w:r>
    </w:p>
    <w:p>
      <w:r>
        <w:t>{{ terms }}</w:t>
      </w:r>
    </w:p>
    <w:p/>
    <w:p>
      <w:r>
        <w:rPr>
          <w:b/>
          <w:color w:val="3B45F0"/>
          <w:sz w:val="20"/>
        </w:rPr>
        <w:t>4. PAYMENT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703"/>
        <w:gridCol w:w="4703"/>
      </w:tblGrid>
      <w:tr>
        <w:tc>
          <w:tcPr>
            <w:tcW w:type="dxa" w:w="4703"/>
          </w:tcPr>
          <w:p>
            <w:r>
              <w:t>Total Value:</w:t>
            </w:r>
          </w:p>
        </w:tc>
        <w:tc>
          <w:tcPr>
            <w:tcW w:type="dxa" w:w="4703"/>
          </w:tcPr>
          <w:p>
            <w:r>
              <w:t>{{ total_value }}</w:t>
            </w:r>
          </w:p>
        </w:tc>
      </w:tr>
      <w:tr>
        <w:tc>
          <w:tcPr>
            <w:tcW w:type="dxa" w:w="4703"/>
          </w:tcPr>
          <w:p>
            <w:r>
              <w:t>Payment Schedule:</w:t>
            </w:r>
          </w:p>
        </w:tc>
        <w:tc>
          <w:tcPr>
            <w:tcW w:type="dxa" w:w="4703"/>
          </w:tcPr>
          <w:p>
            <w:r>
              <w:t>{{ payment_schedule }}</w:t>
            </w:r>
          </w:p>
        </w:tc>
      </w:tr>
      <w:tr>
        <w:tc>
          <w:tcPr>
            <w:tcW w:type="dxa" w:w="4703"/>
          </w:tcPr>
          <w:p>
            <w:r>
              <w:t>Late Fee:</w:t>
            </w:r>
          </w:p>
        </w:tc>
        <w:tc>
          <w:tcPr>
            <w:tcW w:type="dxa" w:w="4703"/>
          </w:tcPr>
          <w:p>
            <w:r>
              <w:t>{{ late_fee }}</w:t>
            </w:r>
          </w:p>
        </w:tc>
      </w:tr>
    </w:tbl>
    <w:p/>
    <w:p>
      <w:r>
        <w:rPr>
          <w:b/>
          <w:color w:val="3B45F0"/>
          <w:sz w:val="20"/>
        </w:rPr>
        <w:t>5. TERM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703"/>
        <w:gridCol w:w="4703"/>
      </w:tblGrid>
      <w:tr>
        <w:tc>
          <w:tcPr>
            <w:tcW w:type="dxa" w:w="4703"/>
          </w:tcPr>
          <w:p>
            <w:r>
              <w:t>Start Date:</w:t>
            </w:r>
          </w:p>
        </w:tc>
        <w:tc>
          <w:tcPr>
            <w:tcW w:type="dxa" w:w="4703"/>
          </w:tcPr>
          <w:p>
            <w:r>
              <w:t>{{ start_date }}</w:t>
            </w:r>
          </w:p>
        </w:tc>
      </w:tr>
      <w:tr>
        <w:tc>
          <w:tcPr>
            <w:tcW w:type="dxa" w:w="4703"/>
          </w:tcPr>
          <w:p>
            <w:r>
              <w:t>End Date:</w:t>
            </w:r>
          </w:p>
        </w:tc>
        <w:tc>
          <w:tcPr>
            <w:tcW w:type="dxa" w:w="4703"/>
          </w:tcPr>
          <w:p>
            <w:r>
              <w:t>{{ end_date }}</w:t>
            </w:r>
          </w:p>
        </w:tc>
      </w:tr>
    </w:tbl>
    <w:p/>
    <w:p/>
    <w:p>
      <w:r>
        <w:rPr>
          <w:b/>
          <w:color w:val="3B45F0"/>
          <w:sz w:val="20"/>
        </w:rPr>
        <w:t>SIGNATURES</w:t>
      </w:r>
    </w:p>
    <w:p/>
    <w:p/>
    <w:tbl>
      <w:tblPr>
        <w:tblW w:type="auto" w:w="0"/>
        <w:tblLook w:firstColumn="1" w:firstRow="1" w:lastColumn="0" w:lastRow="0" w:noHBand="0" w:noVBand="1" w:val="04A0"/>
      </w:tblPr>
      <w:tblGrid>
        <w:gridCol w:w="4703"/>
        <w:gridCol w:w="4703"/>
      </w:tblGrid>
      <w:tr>
        <w:tc>
          <w:tcPr>
            <w:tcW w:type="dxa" w:w="4703"/>
          </w:tcPr>
          <w:p>
            <w:r>
              <w:t>_________________________</w:t>
            </w:r>
          </w:p>
        </w:tc>
        <w:tc>
          <w:tcPr>
            <w:tcW w:type="dxa" w:w="4703"/>
          </w:tcPr>
          <w:p>
            <w:r>
              <w:t>_________________________</w:t>
            </w:r>
          </w:p>
        </w:tc>
      </w:tr>
      <w:tr>
        <w:tc>
          <w:tcPr>
            <w:tcW w:type="dxa" w:w="4703"/>
          </w:tcPr>
          <w:p>
            <w:r>
              <w:t>{{ party_a_name }}</w:t>
            </w:r>
          </w:p>
        </w:tc>
        <w:tc>
          <w:tcPr>
            <w:tcW w:type="dxa" w:w="4703"/>
          </w:tcPr>
          <w:p>
            <w:r>
              <w:t>{{ party_b_name }}</w:t>
            </w:r>
          </w:p>
        </w:tc>
      </w:tr>
      <w:tr>
        <w:tc>
          <w:tcPr>
            <w:tcW w:type="dxa" w:w="4703"/>
          </w:tcPr>
          <w:p>
            <w:r>
              <w:t>Date: _______________</w:t>
            </w:r>
          </w:p>
        </w:tc>
        <w:tc>
          <w:tcPr>
            <w:tcW w:type="dxa" w:w="4703"/>
          </w:tcPr>
          <w:p>
            <w:r>
              <w:t>Date: _______________</w:t>
            </w:r>
          </w:p>
        </w:tc>
      </w:tr>
    </w:tbl>
    <w:sectPr w:rsidR="00FC693F" w:rsidRPr="0006063C" w:rsidSect="00034616">
      <w:pgSz w:w="12240" w:h="15840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