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b/>
                <w:color w:val="3B45F0"/>
                <w:sz w:val="36"/>
              </w:rPr>
              <w:t>{{ company_name }}</w:t>
            </w:r>
          </w:p>
        </w:tc>
        <w:tc>
          <w:tcPr>
            <w:tcW w:type="dxa" w:w="4986"/>
          </w:tcPr>
          <w:p>
            <w:pPr>
              <w:jc w:val="right"/>
            </w:pPr>
            <w:r>
              <w:rPr>
                <w:b/>
                <w:color w:val="3B45F0"/>
                <w:sz w:val="36"/>
              </w:rPr>
              <w:t>INVOICE</w:t>
            </w:r>
          </w:p>
        </w:tc>
      </w:tr>
    </w:tbl>
    <w:p/>
    <w:p>
      <w:pPr>
        <w:jc w:val="right"/>
      </w:pPr>
      <w:r>
        <w:rPr>
          <w:color w:val="6B7280"/>
          <w:sz w:val="20"/>
        </w:rPr>
        <w:t>#{{ invoice_number }}</w:t>
      </w:r>
    </w:p>
    <w:p>
      <w:pPr>
        <w:jc w:val="right"/>
      </w:pPr>
      <w:r>
        <w:rPr>
          <w:color w:val="6B7280"/>
          <w:sz w:val="18"/>
        </w:rPr>
        <w:t>Date: {{ date }}</w:t>
      </w:r>
    </w:p>
    <w:p>
      <w:pPr>
        <w:jc w:val="right"/>
      </w:pPr>
      <w:r>
        <w:rPr>
          <w:color w:val="6B7280"/>
          <w:sz w:val="18"/>
        </w:rPr>
        <w:t>Due: {{ due_date }}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b/>
                <w:color w:val="3B45F0"/>
                <w:sz w:val="16"/>
              </w:rPr>
              <w:t>FROM</w:t>
            </w:r>
          </w:p>
          <w:p>
            <w:r>
              <w:rPr>
                <w:b/>
                <w:sz w:val="20"/>
              </w:rPr>
              <w:t>{{ company_name }}</w:t>
            </w:r>
          </w:p>
          <w:p>
            <w:r>
              <w:rPr>
                <w:color w:val="6B7280"/>
                <w:sz w:val="18"/>
              </w:rPr>
              <w:t>{{ company_address }}</w:t>
            </w:r>
          </w:p>
          <w:p>
            <w:r>
              <w:rPr>
                <w:color w:val="6B7280"/>
                <w:sz w:val="18"/>
              </w:rPr>
              <w:t>{{ company_email }}</w:t>
            </w:r>
          </w:p>
        </w:tc>
        <w:tc>
          <w:tcPr>
            <w:tcW w:type="dxa" w:w="4986"/>
          </w:tcPr>
          <w:p>
            <w:r>
              <w:rPr>
                <w:b/>
                <w:color w:val="3B45F0"/>
                <w:sz w:val="16"/>
              </w:rPr>
              <w:t>BILL TO</w:t>
            </w:r>
          </w:p>
          <w:p>
            <w:r>
              <w:rPr>
                <w:b/>
                <w:sz w:val="20"/>
              </w:rPr>
              <w:t>{{ client_name }}</w:t>
            </w:r>
          </w:p>
          <w:p>
            <w:r>
              <w:rPr>
                <w:color w:val="6B7280"/>
                <w:sz w:val="18"/>
              </w:rPr>
              <w:t>{{ client_address }}</w:t>
            </w:r>
          </w:p>
          <w:p>
            <w:r>
              <w:rPr>
                <w:color w:val="6B7280"/>
                <w:sz w:val="18"/>
              </w:rPr>
              <w:t>{{ client_email }}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  <w:shd w:fill="3B45F0"/>
          </w:tcPr>
          <w:p>
            <w:r/>
            <w:r>
              <w:rPr>
                <w:b/>
                <w:color w:val="FFFFFF"/>
                <w:sz w:val="16"/>
              </w:rPr>
              <w:t>#</w:t>
            </w:r>
          </w:p>
        </w:tc>
        <w:tc>
          <w:tcPr>
            <w:tcW w:type="dxa" w:w="1994"/>
            <w:shd w:fill="3B45F0"/>
          </w:tcPr>
          <w:p>
            <w:r/>
            <w:r>
              <w:rPr>
                <w:b/>
                <w:color w:val="FFFFFF"/>
                <w:sz w:val="16"/>
              </w:rPr>
              <w:t>DESCRIPTION</w:t>
            </w:r>
          </w:p>
        </w:tc>
        <w:tc>
          <w:tcPr>
            <w:tcW w:type="dxa" w:w="1994"/>
            <w:shd w:fill="3B45F0"/>
          </w:tcPr>
          <w:p>
            <w:r/>
            <w:r>
              <w:rPr>
                <w:b/>
                <w:color w:val="FFFFFF"/>
                <w:sz w:val="16"/>
              </w:rPr>
              <w:t>QTY</w:t>
            </w:r>
          </w:p>
        </w:tc>
        <w:tc>
          <w:tcPr>
            <w:tcW w:type="dxa" w:w="1994"/>
            <w:shd w:fill="3B45F0"/>
          </w:tcPr>
          <w:p>
            <w:r/>
            <w:r>
              <w:rPr>
                <w:b/>
                <w:color w:val="FFFFFF"/>
                <w:sz w:val="16"/>
              </w:rPr>
              <w:t>UNIT PRICE</w:t>
            </w:r>
          </w:p>
        </w:tc>
        <w:tc>
          <w:tcPr>
            <w:tcW w:type="dxa" w:w="1994"/>
            <w:shd w:fill="3B45F0"/>
          </w:tcPr>
          <w:p>
            <w:r/>
            <w:r>
              <w:rPr>
                <w:b/>
                <w:color w:val="FFFFFF"/>
                <w:sz w:val="16"/>
              </w:rPr>
              <w:t>AMOUNT</w:t>
            </w:r>
          </w:p>
        </w:tc>
      </w:tr>
      <w:tr>
        <w:tc>
          <w:tcPr>
            <w:tcW w:type="dxa" w:w="1994"/>
          </w:tcPr>
          <w:p>
            <w:r>
              <w:t>{{ loop.index }}</w:t>
            </w:r>
          </w:p>
        </w:tc>
        <w:tc>
          <w:tcPr>
            <w:tcW w:type="dxa" w:w="1994"/>
          </w:tcPr>
          <w:p>
            <w:r>
              <w:t>{{ item.description }}</w:t>
            </w:r>
          </w:p>
        </w:tc>
        <w:tc>
          <w:tcPr>
            <w:tcW w:type="dxa" w:w="1994"/>
          </w:tcPr>
          <w:p>
            <w:r>
              <w:t>{{ item.quantity }}</w:t>
            </w:r>
          </w:p>
        </w:tc>
        <w:tc>
          <w:tcPr>
            <w:tcW w:type="dxa" w:w="1994"/>
          </w:tcPr>
          <w:p>
            <w:r>
              <w:t>{{ item.unit_price }}</w:t>
            </w:r>
          </w:p>
        </w:tc>
        <w:tc>
          <w:tcPr>
            <w:tcW w:type="dxa" w:w="1994"/>
          </w:tcPr>
          <w:p>
            <w:r>
              <w:t>{{ item.amount }}</w:t>
            </w:r>
          </w:p>
        </w:tc>
      </w:tr>
    </w:tbl>
    <w:p/>
    <w:p>
      <w:pPr>
        <w:jc w:val="right"/>
      </w:pPr>
      <w:r>
        <w:rPr>
          <w:sz w:val="20"/>
        </w:rPr>
        <w:t>Subtotal: {{ subtotal }}</w:t>
      </w:r>
    </w:p>
    <w:p>
      <w:pPr>
        <w:jc w:val="right"/>
      </w:pPr>
      <w:r>
        <w:rPr>
          <w:sz w:val="20"/>
        </w:rPr>
        <w:t>Tax ({{ tax_rate }}%): {{ tax_amount }}</w:t>
      </w:r>
    </w:p>
    <w:p>
      <w:pPr>
        <w:jc w:val="right"/>
      </w:pPr>
      <w:r>
        <w:rPr>
          <w:b/>
          <w:color w:val="3B45F0"/>
          <w:sz w:val="24"/>
        </w:rPr>
        <w:t>TOTAL: {{ total }}</w:t>
      </w:r>
    </w:p>
    <w:p/>
    <w:p>
      <w:r>
        <w:rPr>
          <w:b/>
          <w:color w:val="6B7280"/>
          <w:sz w:val="16"/>
        </w:rPr>
        <w:t>NOTES</w:t>
      </w:r>
    </w:p>
    <w:p>
      <w:r>
        <w:t>{{ notes }}</w:t>
      </w:r>
    </w:p>
    <w:p/>
    <w:p>
      <w:pPr>
        <w:jc w:val="center"/>
      </w:pPr>
      <w:r>
        <w:rPr>
          <w:color w:val="9CA3AF"/>
          <w:sz w:val="18"/>
        </w:rPr>
        <w:t>Thank you for your business!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