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B45F0"/>
          <w:sz w:val="32"/>
        </w:rPr>
        <w:t>{{ company_name }}</w:t>
      </w:r>
    </w:p>
    <w:p>
      <w:r>
        <w:t>{{ company_address }}</w:t>
      </w:r>
    </w:p>
    <w:p>
      <w:r>
        <w:t>{{ company_city }}</w:t>
      </w:r>
    </w:p>
    <w:p>
      <w:r>
        <w:t>{{ company_email }}</w:t>
      </w:r>
    </w:p>
    <w:p>
      <w:r>
        <w:t>{{ company_phone }}</w:t>
      </w:r>
    </w:p>
    <w:p/>
    <w:p>
      <w:r>
        <w:t>{{ date }}</w:t>
      </w:r>
    </w:p>
    <w:p/>
    <w:p>
      <w:r>
        <w:t>{{ recipient_name }}</w:t>
      </w:r>
    </w:p>
    <w:p>
      <w:r>
        <w:t>{{ recipient_title }}</w:t>
      </w:r>
    </w:p>
    <w:p>
      <w:r>
        <w:t>{{ recipient_company }}</w:t>
      </w:r>
    </w:p>
    <w:p>
      <w:r>
        <w:t>{{ recipient_address }}</w:t>
      </w:r>
    </w:p>
    <w:p>
      <w:r>
        <w:t>{{ recipient_city }}</w:t>
      </w:r>
    </w:p>
    <w:p/>
    <w:p>
      <w:r>
        <w:rPr>
          <w:b/>
        </w:rPr>
        <w:t>RE: {{ subject }}</w:t>
      </w:r>
    </w:p>
    <w:p/>
    <w:p>
      <w:r>
        <w:t>Dear {{ recipient_name }},</w:t>
      </w:r>
    </w:p>
    <w:p/>
    <w:p>
      <w:r>
        <w:t>{{ letter_body }}</w:t>
      </w:r>
    </w:p>
    <w:p/>
    <w:p>
      <w:r>
        <w:t>{{ letter_body_2 }}</w:t>
      </w:r>
    </w:p>
    <w:p/>
    <w:p>
      <w:r>
        <w:t>Sincerely,</w:t>
      </w:r>
    </w:p>
    <w:p/>
    <w:p/>
    <w:p>
      <w:r>
        <w:rPr>
          <w:b/>
        </w:rPr>
        <w:t>{{ sender_name }}</w:t>
      </w:r>
    </w:p>
    <w:p>
      <w:r>
        <w:t>{{ sender_title }}</w:t>
      </w:r>
    </w:p>
    <w:p>
      <w:r>
        <w:t>{{ sender_company }}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