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MUTUAL NON-DISCLOSURE AGREEMENT</w:t>
      </w:r>
    </w:p>
    <w:p>
      <w:r>
        <w:t>Effective Date: {{effective_date}}</w:t>
      </w:r>
    </w:p>
    <w:p/>
    <w:p>
      <w:pPr>
        <w:pStyle w:val="Heading1"/>
      </w:pPr>
      <w:r>
        <w:t>Parties</w:t>
      </w:r>
    </w:p>
    <w:p>
      <w:r>
        <w:t>Party A: {{party_a_name}}</w:t>
      </w:r>
    </w:p>
    <w:p>
      <w:r>
        <w:t>Entity Type: {{party_a_entity_type}}</w:t>
      </w:r>
    </w:p>
    <w:p>
      <w:r>
        <w:t>State: {{party_a_state}}</w:t>
      </w:r>
    </w:p>
    <w:p>
      <w:r>
        <w:t>Address: {{party_a_address}}</w:t>
      </w:r>
    </w:p>
    <w:p/>
    <w:p>
      <w:r>
        <w:t>Party B: {{party_b_name}}</w:t>
      </w:r>
    </w:p>
    <w:p>
      <w:r>
        <w:t>Entity Type: {{party_b_entity_type}}</w:t>
      </w:r>
    </w:p>
    <w:p>
      <w:r>
        <w:t>State: {{party_b_state}}</w:t>
      </w:r>
    </w:p>
    <w:p>
      <w:r>
        <w:t>Address: {{party_b_address}}</w:t>
      </w:r>
    </w:p>
    <w:p/>
    <w:p>
      <w:pPr>
        <w:pStyle w:val="Heading1"/>
      </w:pPr>
      <w:r>
        <w:t>1. Purpose</w:t>
      </w:r>
    </w:p>
    <w:p>
      <w:r>
        <w:t>{{purpose_text}}</w:t>
      </w:r>
    </w:p>
    <w:p/>
    <w:p>
      <w:pPr>
        <w:pStyle w:val="Heading1"/>
      </w:pPr>
      <w:r>
        <w:t>2. Definition of Confidential Information</w:t>
      </w:r>
    </w:p>
    <w:p>
      <w:r>
        <w:t>{{confidential_info_definition}}</w:t>
      </w:r>
    </w:p>
    <w:p/>
    <w:p>
      <w:pPr>
        <w:pStyle w:val="Heading1"/>
      </w:pPr>
      <w:r>
        <w:t>3. Exclusions from Confidential Information</w:t>
      </w:r>
    </w:p>
    <w:p>
      <w:r>
        <w:t>Confidential Information does not include information that the Receiving Party can demonstrate:</w:t>
      </w:r>
    </w:p>
    <w:p>
      <w:r>
        <w:t>• Is or becomes publicly available without breach of this Agreement</w:t>
      </w:r>
    </w:p>
    <w:p>
      <w:r>
        <w:t>• Was already in the Receiving Party's possession at the time of disclosure</w:t>
      </w:r>
    </w:p>
    <w:p>
      <w:r>
        <w:t>• Is independently developed by the Receiving Party without reference to the Disclosing Party's Confidential Information</w:t>
      </w:r>
    </w:p>
    <w:p>
      <w:r>
        <w:t>• Is rightfully obtained from a third party entitled to disclose it without restriction</w:t>
      </w:r>
    </w:p>
    <w:p/>
    <w:p>
      <w:pPr>
        <w:pStyle w:val="Heading1"/>
      </w:pPr>
      <w:r>
        <w:t>4. Mutual Non-Disclosure Obligations</w:t>
      </w:r>
    </w:p>
    <w:p>
      <w:r>
        <w:t>Each Party agrees to maintain the other Party's Confidential Information in strict confidence and shall not disclose it to third parties except to those employees or agents who have a legitimate need to know.</w:t>
      </w:r>
    </w:p>
    <w:p/>
    <w:p>
      <w:pPr>
        <w:pStyle w:val="Heading1"/>
      </w:pPr>
      <w:r>
        <w:t>5. Term and Survival</w:t>
      </w:r>
    </w:p>
    <w:p>
      <w:r>
        <w:t>This Agreement shall commence on the Effective Date and continue in effect for {{duration_years}} years.</w:t>
      </w:r>
    </w:p>
    <w:p>
      <w:r>
        <w:t>The confidentiality obligations shall survive for {{survival_years}} years after termination.</w:t>
      </w:r>
    </w:p>
    <w:p/>
    <w:p>
      <w:pPr>
        <w:pStyle w:val="Heading1"/>
      </w:pPr>
      <w:r>
        <w:t>6. Governing Law</w:t>
      </w:r>
    </w:p>
    <w:p>
      <w:r>
        <w:t>This Agreement shall be governed by the laws of the State of {{governing_state}}, {{governing_county}} County.</w:t>
      </w:r>
    </w:p>
    <w:p/>
    <w:p>
      <w:pPr>
        <w:pStyle w:val="Heading1"/>
      </w:pPr>
      <w:r>
        <w:t>7. Signatures</w:t>
      </w:r>
    </w:p>
    <w:p/>
    <w:p>
      <w:r>
        <w:t>Party A: {{party_a_name}}</w:t>
      </w:r>
    </w:p>
    <w:p>
      <w:r>
        <w:t>Signature: _________________________</w:t>
      </w:r>
    </w:p>
    <w:p>
      <w:r>
        <w:t>Date: {{effective_date}}</w:t>
      </w:r>
    </w:p>
    <w:p/>
    <w:p>
      <w:r>
        <w:t>Party B: {{party_b_name}}</w:t>
      </w:r>
    </w:p>
    <w:p>
      <w:r>
        <w:t>Signature: _________________________</w:t>
      </w:r>
    </w:p>
    <w:p>
      <w:r>
        <w:t>Date: {{effective_date}}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